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E46C6" w14:textId="1B52921C" w:rsidR="00096E2A" w:rsidRPr="002F257C" w:rsidRDefault="00AC2962" w:rsidP="00BB4E70">
      <w:pPr>
        <w:pStyle w:val="Title"/>
        <w:rPr>
          <w:rFonts w:ascii="Arial" w:hAnsi="Arial" w:cs="Arial"/>
        </w:rPr>
      </w:pPr>
      <w:r w:rsidRPr="002F257C">
        <w:rPr>
          <w:rFonts w:ascii="Arial" w:hAnsi="Arial" w:cs="Arial"/>
        </w:rPr>
        <w:t>Sponsorship Application Form</w:t>
      </w:r>
      <w:r w:rsidR="002B2794">
        <w:rPr>
          <w:rFonts w:ascii="Arial" w:hAnsi="Arial" w:cs="Arial"/>
        </w:rPr>
        <w:t xml:space="preserve"> 2026</w:t>
      </w:r>
    </w:p>
    <w:p w14:paraId="4C0DF797" w14:textId="77777777" w:rsidR="00096E2A" w:rsidRPr="002F257C" w:rsidRDefault="00AC2962" w:rsidP="00471D99">
      <w:pPr>
        <w:jc w:val="both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 xml:space="preserve">Please complete all sections that apply to your </w:t>
      </w:r>
      <w:proofErr w:type="spellStart"/>
      <w:r w:rsidRPr="002F257C">
        <w:rPr>
          <w:rFonts w:ascii="Arial" w:hAnsi="Arial" w:cs="Arial"/>
          <w:b/>
        </w:rPr>
        <w:t>organisation</w:t>
      </w:r>
      <w:proofErr w:type="spellEnd"/>
      <w:r w:rsidRPr="002F257C">
        <w:rPr>
          <w:rFonts w:ascii="Arial" w:hAnsi="Arial" w:cs="Arial"/>
          <w:b/>
        </w:rPr>
        <w:t xml:space="preserve">. </w:t>
      </w:r>
      <w:r w:rsidRPr="002F257C">
        <w:rPr>
          <w:rFonts w:ascii="Arial" w:hAnsi="Arial" w:cs="Arial"/>
        </w:rPr>
        <w:t>Required fields are marked 'required'. If you need this form in an alternative format or require a reasonable adjustment to complete the application, please contact the relevant contact person.</w:t>
      </w:r>
    </w:p>
    <w:p w14:paraId="4EE037A4" w14:textId="77777777" w:rsidR="00096E2A" w:rsidRPr="002F257C" w:rsidRDefault="00AC2962">
      <w:pPr>
        <w:pStyle w:val="Heading1"/>
        <w:rPr>
          <w:rFonts w:ascii="Arial" w:hAnsi="Arial" w:cs="Arial"/>
        </w:rPr>
      </w:pPr>
      <w:r w:rsidRPr="002F257C">
        <w:rPr>
          <w:rFonts w:ascii="Arial" w:hAnsi="Arial" w:cs="Arial"/>
        </w:rPr>
        <w:t xml:space="preserve">1. </w:t>
      </w:r>
      <w:proofErr w:type="spellStart"/>
      <w:r w:rsidRPr="002F257C">
        <w:rPr>
          <w:rFonts w:ascii="Arial" w:hAnsi="Arial" w:cs="Arial"/>
        </w:rPr>
        <w:t>Organisation</w:t>
      </w:r>
      <w:proofErr w:type="spellEnd"/>
      <w:r w:rsidRPr="002F257C">
        <w:rPr>
          <w:rFonts w:ascii="Arial" w:hAnsi="Arial" w:cs="Arial"/>
        </w:rPr>
        <w:t xml:space="preserve"> Details</w:t>
      </w:r>
    </w:p>
    <w:p w14:paraId="0AC37BFA" w14:textId="77777777" w:rsidR="00096E2A" w:rsidRPr="002F257C" w:rsidRDefault="00AC2962">
      <w:pPr>
        <w:spacing w:after="40"/>
        <w:rPr>
          <w:rFonts w:ascii="Arial" w:hAnsi="Arial" w:cs="Arial"/>
        </w:rPr>
      </w:pPr>
      <w:proofErr w:type="spellStart"/>
      <w:r w:rsidRPr="002F257C">
        <w:rPr>
          <w:rFonts w:ascii="Arial" w:hAnsi="Arial" w:cs="Arial"/>
          <w:b/>
        </w:rPr>
        <w:t>Organisation</w:t>
      </w:r>
      <w:proofErr w:type="spellEnd"/>
      <w:r w:rsidRPr="002F257C">
        <w:rPr>
          <w:rFonts w:ascii="Arial" w:hAnsi="Arial" w:cs="Arial"/>
          <w:b/>
        </w:rPr>
        <w:t xml:space="preserve"> Name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79F77D58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77E0CB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2690A29D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15BB2E70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Contact Person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6BC47CE5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8F14A84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6BF86050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3293D878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Email Address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0E6CE223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E453B9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022C0AFF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6EAE878A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Phone Number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6E2DD450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892AE19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6F36FC18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2B720873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Website (if applicable)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2F477797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BAF4A0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63C3B10C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656C075A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Registered Charity Number (if applicable)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7C2D6B80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62FA68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1B376E6A" w14:textId="77777777" w:rsidR="00096E2A" w:rsidRPr="002F257C" w:rsidRDefault="00AC2962">
      <w:pPr>
        <w:pStyle w:val="Heading1"/>
        <w:rPr>
          <w:rFonts w:ascii="Arial" w:hAnsi="Arial" w:cs="Arial"/>
        </w:rPr>
      </w:pPr>
      <w:r w:rsidRPr="002F257C">
        <w:rPr>
          <w:rFonts w:ascii="Arial" w:hAnsi="Arial" w:cs="Arial"/>
        </w:rPr>
        <w:t xml:space="preserve">2. Geographic Focus of Your </w:t>
      </w:r>
      <w:proofErr w:type="spellStart"/>
      <w:r w:rsidRPr="002F257C">
        <w:rPr>
          <w:rFonts w:ascii="Arial" w:hAnsi="Arial" w:cs="Arial"/>
        </w:rPr>
        <w:t>Organisation</w:t>
      </w:r>
      <w:proofErr w:type="spellEnd"/>
    </w:p>
    <w:p w14:paraId="389390C8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Please select the most appropriate option.</w:t>
      </w:r>
    </w:p>
    <w:p w14:paraId="10260BF2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>National (operating across all of Ireland)</w:t>
      </w:r>
    </w:p>
    <w:p w14:paraId="1EA4FABD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>Regional (covering multiple counties or a defined region)</w:t>
      </w:r>
    </w:p>
    <w:p w14:paraId="3A33E480" w14:textId="77777777" w:rsidR="00096E2A" w:rsidRPr="002F257C" w:rsidRDefault="00AC2962" w:rsidP="002F257C">
      <w:pPr>
        <w:spacing w:after="40"/>
        <w:ind w:firstLine="72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If Regional: please specify Region</w:t>
      </w:r>
    </w:p>
    <w:tbl>
      <w:tblPr>
        <w:tblW w:w="9497" w:type="dxa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096E2A" w:rsidRPr="002F257C" w14:paraId="539A5750" w14:textId="77777777" w:rsidTr="002F257C">
        <w:trPr>
          <w:trHeight w:val="461"/>
        </w:trPr>
        <w:tc>
          <w:tcPr>
            <w:tcW w:w="94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D1D30C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242E67E6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>County-level (focused within a single county)</w:t>
      </w:r>
    </w:p>
    <w:p w14:paraId="2354B4C1" w14:textId="77777777" w:rsidR="00096E2A" w:rsidRPr="002F257C" w:rsidRDefault="00AC2962" w:rsidP="002F257C">
      <w:pPr>
        <w:spacing w:after="40"/>
        <w:ind w:left="709" w:firstLine="11"/>
        <w:rPr>
          <w:rFonts w:ascii="Arial" w:hAnsi="Arial" w:cs="Arial"/>
        </w:rPr>
      </w:pPr>
      <w:proofErr w:type="gramStart"/>
      <w:r w:rsidRPr="002F257C">
        <w:rPr>
          <w:rFonts w:ascii="Arial" w:hAnsi="Arial" w:cs="Arial"/>
          <w:b/>
        </w:rPr>
        <w:t>If</w:t>
      </w:r>
      <w:proofErr w:type="gramEnd"/>
      <w:r w:rsidRPr="002F257C">
        <w:rPr>
          <w:rFonts w:ascii="Arial" w:hAnsi="Arial" w:cs="Arial"/>
          <w:b/>
        </w:rPr>
        <w:t xml:space="preserve"> </w:t>
      </w:r>
      <w:proofErr w:type="gramStart"/>
      <w:r w:rsidRPr="002F257C">
        <w:rPr>
          <w:rFonts w:ascii="Arial" w:hAnsi="Arial" w:cs="Arial"/>
          <w:b/>
        </w:rPr>
        <w:t>County-level</w:t>
      </w:r>
      <w:proofErr w:type="gramEnd"/>
      <w:r w:rsidRPr="002F257C">
        <w:rPr>
          <w:rFonts w:ascii="Arial" w:hAnsi="Arial" w:cs="Arial"/>
          <w:b/>
        </w:rPr>
        <w:t>: please specify County</w:t>
      </w:r>
    </w:p>
    <w:tbl>
      <w:tblPr>
        <w:tblW w:w="9497" w:type="dxa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096E2A" w:rsidRPr="002F257C" w14:paraId="3ABFD854" w14:textId="77777777" w:rsidTr="002F257C">
        <w:trPr>
          <w:trHeight w:val="461"/>
        </w:trPr>
        <w:tc>
          <w:tcPr>
            <w:tcW w:w="94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A70D8F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6CDADCE3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2358F085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lastRenderedPageBreak/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>Local (focused within a specific town, city, or community)</w:t>
      </w:r>
    </w:p>
    <w:p w14:paraId="260FE221" w14:textId="77777777" w:rsidR="00096E2A" w:rsidRPr="002F257C" w:rsidRDefault="00AC2962" w:rsidP="002F257C">
      <w:pPr>
        <w:spacing w:after="40"/>
        <w:ind w:firstLine="72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If Local: please specify town, city, or community</w:t>
      </w:r>
    </w:p>
    <w:tbl>
      <w:tblPr>
        <w:tblW w:w="9497" w:type="dxa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096E2A" w:rsidRPr="002F257C" w14:paraId="4B8E506D" w14:textId="77777777" w:rsidTr="002F257C">
        <w:trPr>
          <w:trHeight w:val="461"/>
        </w:trPr>
        <w:tc>
          <w:tcPr>
            <w:tcW w:w="94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62CE39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5C7EA8DE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>Other (please specify)</w:t>
      </w:r>
    </w:p>
    <w:p w14:paraId="02213B8C" w14:textId="77777777" w:rsidR="00096E2A" w:rsidRPr="002F257C" w:rsidRDefault="00AC2962" w:rsidP="002F257C">
      <w:pPr>
        <w:spacing w:after="40"/>
        <w:ind w:firstLine="72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Other geographic focus</w:t>
      </w:r>
    </w:p>
    <w:tbl>
      <w:tblPr>
        <w:tblW w:w="9497" w:type="dxa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096E2A" w:rsidRPr="002F257C" w14:paraId="2ED3494C" w14:textId="77777777" w:rsidTr="002F257C">
        <w:trPr>
          <w:trHeight w:val="461"/>
        </w:trPr>
        <w:tc>
          <w:tcPr>
            <w:tcW w:w="94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F616BE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43FFE4BC" w14:textId="77777777" w:rsidR="00096E2A" w:rsidRPr="002F257C" w:rsidRDefault="00AC2962">
      <w:pPr>
        <w:pStyle w:val="Heading1"/>
        <w:rPr>
          <w:rFonts w:ascii="Arial" w:hAnsi="Arial" w:cs="Arial"/>
        </w:rPr>
      </w:pPr>
      <w:r w:rsidRPr="002F257C">
        <w:rPr>
          <w:rFonts w:ascii="Arial" w:hAnsi="Arial" w:cs="Arial"/>
        </w:rPr>
        <w:t>3. Reasons for Sponsorship Request</w:t>
      </w:r>
    </w:p>
    <w:p w14:paraId="4AF6CFF2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Please explain in no more than 300 words why you are seeking sponsorship.</w:t>
      </w:r>
    </w:p>
    <w:p w14:paraId="799453F9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</w:rPr>
        <w:t>You may wish to include:</w:t>
      </w:r>
    </w:p>
    <w:p w14:paraId="4A666839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The purpose and goals of your project or event.</w:t>
      </w:r>
    </w:p>
    <w:p w14:paraId="55B93AC8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How the sponsorship will be used.</w:t>
      </w:r>
    </w:p>
    <w:p w14:paraId="3E10EFF6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The expected impact or benefits for your community, audience, or stakeholders.</w:t>
      </w:r>
    </w:p>
    <w:p w14:paraId="2AD27A06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How this aligns with the specific objectives of Cohesion Policy. Please refer to our sponsorship framework.</w:t>
      </w:r>
    </w:p>
    <w:p w14:paraId="67A000DC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Any previous support received from us or other sponsors.</w:t>
      </w:r>
    </w:p>
    <w:p w14:paraId="004DD91C" w14:textId="77777777" w:rsidR="00096E2A" w:rsidRPr="00D0410C" w:rsidRDefault="00AC2962">
      <w:pPr>
        <w:pStyle w:val="Heading2"/>
        <w:rPr>
          <w:rFonts w:ascii="Arial" w:hAnsi="Arial" w:cs="Arial"/>
          <w:color w:val="244061" w:themeColor="accent1" w:themeShade="80"/>
        </w:rPr>
      </w:pPr>
      <w:r w:rsidRPr="00D0410C">
        <w:rPr>
          <w:rFonts w:ascii="Arial" w:hAnsi="Arial" w:cs="Arial"/>
          <w:color w:val="244061" w:themeColor="accent1" w:themeShade="80"/>
        </w:rPr>
        <w:t>Examples of what can be sponsored</w:t>
      </w:r>
    </w:p>
    <w:p w14:paraId="458EAAD6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</w:rPr>
        <w:t>Activities that are eligible for support under this framework include (but are not limited to):</w:t>
      </w:r>
    </w:p>
    <w:p w14:paraId="0D3CBF45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Engagement activities such as events / conferences.</w:t>
      </w:r>
    </w:p>
    <w:p w14:paraId="6E826EAA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Capacity Building &amp; infrastructure development, such as website enhancement / development.</w:t>
      </w:r>
    </w:p>
    <w:p w14:paraId="1CDC5D3B" w14:textId="77777777" w:rsidR="00096E2A" w:rsidRPr="002F257C" w:rsidRDefault="00AC2962">
      <w:pPr>
        <w:pStyle w:val="ListBullet"/>
        <w:rPr>
          <w:rFonts w:ascii="Arial" w:hAnsi="Arial" w:cs="Arial"/>
        </w:rPr>
      </w:pPr>
      <w:r w:rsidRPr="002F257C">
        <w:rPr>
          <w:rFonts w:ascii="Arial" w:hAnsi="Arial" w:cs="Arial"/>
        </w:rPr>
        <w:t>Provision of promotional merchandise.</w:t>
      </w:r>
    </w:p>
    <w:p w14:paraId="4CF16272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Sponsorship request — response — required</w:t>
      </w:r>
    </w:p>
    <w:p w14:paraId="635A8A3A" w14:textId="77777777" w:rsidR="00096E2A" w:rsidRPr="002F257C" w:rsidRDefault="00AC2962">
      <w:pPr>
        <w:spacing w:after="60"/>
        <w:rPr>
          <w:rFonts w:ascii="Arial" w:hAnsi="Arial" w:cs="Arial"/>
        </w:rPr>
      </w:pPr>
      <w:r w:rsidRPr="002F257C">
        <w:rPr>
          <w:rFonts w:ascii="Arial" w:hAnsi="Arial" w:cs="Arial"/>
          <w:i/>
        </w:rPr>
        <w:t>Maximum 300 words. Please provide your response in the space below.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7551AE7C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C8F303" w14:textId="77777777" w:rsidR="00096E2A" w:rsidRDefault="00096E2A">
            <w:pPr>
              <w:rPr>
                <w:rFonts w:ascii="Arial" w:hAnsi="Arial" w:cs="Arial"/>
              </w:rPr>
            </w:pPr>
          </w:p>
          <w:p w14:paraId="59946AF3" w14:textId="77777777" w:rsidR="002F257C" w:rsidRDefault="002F257C">
            <w:pPr>
              <w:rPr>
                <w:rFonts w:ascii="Arial" w:hAnsi="Arial" w:cs="Arial"/>
              </w:rPr>
            </w:pPr>
          </w:p>
          <w:p w14:paraId="49488509" w14:textId="77777777" w:rsidR="002F257C" w:rsidRDefault="002F257C">
            <w:pPr>
              <w:rPr>
                <w:rFonts w:ascii="Arial" w:hAnsi="Arial" w:cs="Arial"/>
              </w:rPr>
            </w:pPr>
          </w:p>
          <w:p w14:paraId="5BFDE00C" w14:textId="77777777" w:rsidR="002F257C" w:rsidRDefault="002F257C">
            <w:pPr>
              <w:rPr>
                <w:rFonts w:ascii="Arial" w:hAnsi="Arial" w:cs="Arial"/>
              </w:rPr>
            </w:pPr>
          </w:p>
          <w:p w14:paraId="660D1532" w14:textId="77777777" w:rsidR="002F257C" w:rsidRDefault="002F257C">
            <w:pPr>
              <w:rPr>
                <w:rFonts w:ascii="Arial" w:hAnsi="Arial" w:cs="Arial"/>
              </w:rPr>
            </w:pPr>
          </w:p>
          <w:p w14:paraId="6D4F8A1D" w14:textId="77777777" w:rsidR="002F257C" w:rsidRDefault="002F257C">
            <w:pPr>
              <w:rPr>
                <w:rFonts w:ascii="Arial" w:hAnsi="Arial" w:cs="Arial"/>
              </w:rPr>
            </w:pPr>
          </w:p>
          <w:p w14:paraId="05C47772" w14:textId="77777777" w:rsidR="002F257C" w:rsidRDefault="002F257C">
            <w:pPr>
              <w:rPr>
                <w:rFonts w:ascii="Arial" w:hAnsi="Arial" w:cs="Arial"/>
              </w:rPr>
            </w:pPr>
          </w:p>
          <w:p w14:paraId="4B846D95" w14:textId="77777777" w:rsidR="002F257C" w:rsidRDefault="002F257C">
            <w:pPr>
              <w:rPr>
                <w:rFonts w:ascii="Arial" w:hAnsi="Arial" w:cs="Arial"/>
              </w:rPr>
            </w:pPr>
          </w:p>
          <w:p w14:paraId="104DFE76" w14:textId="77777777" w:rsidR="002F257C" w:rsidRDefault="002F257C">
            <w:pPr>
              <w:rPr>
                <w:rFonts w:ascii="Arial" w:hAnsi="Arial" w:cs="Arial"/>
              </w:rPr>
            </w:pPr>
          </w:p>
          <w:p w14:paraId="5C74BE00" w14:textId="77777777" w:rsidR="002F257C" w:rsidRDefault="002F257C">
            <w:pPr>
              <w:rPr>
                <w:rFonts w:ascii="Arial" w:hAnsi="Arial" w:cs="Arial"/>
              </w:rPr>
            </w:pPr>
          </w:p>
          <w:p w14:paraId="2375B29B" w14:textId="77777777" w:rsidR="002F257C" w:rsidRPr="002F257C" w:rsidRDefault="002F257C">
            <w:pPr>
              <w:rPr>
                <w:rFonts w:ascii="Arial" w:hAnsi="Arial" w:cs="Arial"/>
              </w:rPr>
            </w:pPr>
          </w:p>
        </w:tc>
      </w:tr>
    </w:tbl>
    <w:p w14:paraId="61149277" w14:textId="77777777" w:rsidR="00096E2A" w:rsidRPr="002F257C" w:rsidRDefault="00096E2A">
      <w:pPr>
        <w:spacing w:after="0"/>
        <w:rPr>
          <w:rFonts w:ascii="Arial" w:hAnsi="Arial" w:cs="Arial"/>
        </w:rPr>
      </w:pPr>
    </w:p>
    <w:p w14:paraId="6D43CDAC" w14:textId="77777777" w:rsidR="00096E2A" w:rsidRPr="002F257C" w:rsidRDefault="00AC2962">
      <w:pPr>
        <w:pStyle w:val="Heading1"/>
        <w:rPr>
          <w:rFonts w:ascii="Arial" w:hAnsi="Arial" w:cs="Arial"/>
        </w:rPr>
      </w:pPr>
      <w:r w:rsidRPr="002F257C">
        <w:rPr>
          <w:rFonts w:ascii="Arial" w:hAnsi="Arial" w:cs="Arial"/>
        </w:rPr>
        <w:t>4. EU Funding</w:t>
      </w:r>
    </w:p>
    <w:p w14:paraId="5D3635A5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Please select the most appropriate option:</w:t>
      </w:r>
    </w:p>
    <w:p w14:paraId="03B4E605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 xml:space="preserve">My </w:t>
      </w:r>
      <w:proofErr w:type="spellStart"/>
      <w:r w:rsidRPr="002F257C">
        <w:rPr>
          <w:rFonts w:ascii="Arial" w:hAnsi="Arial" w:cs="Arial"/>
        </w:rPr>
        <w:t>organisation</w:t>
      </w:r>
      <w:proofErr w:type="spellEnd"/>
      <w:r w:rsidRPr="002F257C">
        <w:rPr>
          <w:rFonts w:ascii="Arial" w:hAnsi="Arial" w:cs="Arial"/>
        </w:rPr>
        <w:t xml:space="preserve"> is in receipt of EU funding (including LEADER) or has received funding in the past</w:t>
      </w:r>
    </w:p>
    <w:p w14:paraId="4DE8F095" w14:textId="77777777" w:rsidR="00096E2A" w:rsidRPr="002F257C" w:rsidRDefault="00AC2962">
      <w:pPr>
        <w:spacing w:after="60"/>
        <w:ind w:left="216"/>
        <w:rPr>
          <w:rFonts w:ascii="Arial" w:hAnsi="Arial" w:cs="Arial"/>
        </w:rPr>
      </w:pPr>
      <w:r w:rsidRPr="002F257C">
        <w:rPr>
          <w:rFonts w:ascii="Segoe UI Symbol" w:hAnsi="Segoe UI Symbol" w:cs="Segoe UI Symbol"/>
          <w:b/>
        </w:rPr>
        <w:t>☐</w:t>
      </w:r>
      <w:r w:rsidRPr="002F257C">
        <w:rPr>
          <w:rFonts w:ascii="Arial" w:hAnsi="Arial" w:cs="Arial"/>
          <w:b/>
        </w:rPr>
        <w:t xml:space="preserve"> </w:t>
      </w:r>
      <w:r w:rsidRPr="002F257C">
        <w:rPr>
          <w:rFonts w:ascii="Arial" w:hAnsi="Arial" w:cs="Arial"/>
        </w:rPr>
        <w:t xml:space="preserve">My </w:t>
      </w:r>
      <w:proofErr w:type="spellStart"/>
      <w:r w:rsidRPr="002F257C">
        <w:rPr>
          <w:rFonts w:ascii="Arial" w:hAnsi="Arial" w:cs="Arial"/>
        </w:rPr>
        <w:t>organisation</w:t>
      </w:r>
      <w:proofErr w:type="spellEnd"/>
      <w:r w:rsidRPr="002F257C">
        <w:rPr>
          <w:rFonts w:ascii="Arial" w:hAnsi="Arial" w:cs="Arial"/>
        </w:rPr>
        <w:t xml:space="preserve"> has never received funding from the EU (including LEADER).</w:t>
      </w:r>
    </w:p>
    <w:p w14:paraId="7C6268C1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 xml:space="preserve">If your </w:t>
      </w:r>
      <w:proofErr w:type="spellStart"/>
      <w:r w:rsidRPr="002F257C">
        <w:rPr>
          <w:rFonts w:ascii="Arial" w:hAnsi="Arial" w:cs="Arial"/>
          <w:b/>
        </w:rPr>
        <w:t>organisation</w:t>
      </w:r>
      <w:proofErr w:type="spellEnd"/>
      <w:r w:rsidRPr="002F257C">
        <w:rPr>
          <w:rFonts w:ascii="Arial" w:hAnsi="Arial" w:cs="Arial"/>
          <w:b/>
        </w:rPr>
        <w:t xml:space="preserve"> has or is in receipt of EU funding, please provide details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1A13FD00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F37BBF" w14:textId="77777777" w:rsidR="00096E2A" w:rsidRDefault="00096E2A">
            <w:pPr>
              <w:rPr>
                <w:rFonts w:ascii="Arial" w:hAnsi="Arial" w:cs="Arial"/>
              </w:rPr>
            </w:pPr>
          </w:p>
          <w:p w14:paraId="480DE8AD" w14:textId="77777777" w:rsidR="002F257C" w:rsidRDefault="002F257C">
            <w:pPr>
              <w:rPr>
                <w:rFonts w:ascii="Arial" w:hAnsi="Arial" w:cs="Arial"/>
              </w:rPr>
            </w:pPr>
          </w:p>
          <w:p w14:paraId="27BD7428" w14:textId="77777777" w:rsidR="002F257C" w:rsidRDefault="002F257C">
            <w:pPr>
              <w:rPr>
                <w:rFonts w:ascii="Arial" w:hAnsi="Arial" w:cs="Arial"/>
              </w:rPr>
            </w:pPr>
          </w:p>
          <w:p w14:paraId="5800A15E" w14:textId="77777777" w:rsidR="002F257C" w:rsidRDefault="002F257C">
            <w:pPr>
              <w:rPr>
                <w:rFonts w:ascii="Arial" w:hAnsi="Arial" w:cs="Arial"/>
              </w:rPr>
            </w:pPr>
          </w:p>
          <w:p w14:paraId="6659B224" w14:textId="77777777" w:rsidR="002F257C" w:rsidRPr="002F257C" w:rsidRDefault="002F257C" w:rsidP="002F257C">
            <w:pPr>
              <w:rPr>
                <w:rFonts w:ascii="Arial" w:hAnsi="Arial" w:cs="Arial"/>
              </w:rPr>
            </w:pPr>
          </w:p>
        </w:tc>
      </w:tr>
    </w:tbl>
    <w:p w14:paraId="546FC09B" w14:textId="77777777" w:rsidR="00096E2A" w:rsidRPr="002F257C" w:rsidRDefault="00AC2962">
      <w:pPr>
        <w:pStyle w:val="Heading1"/>
        <w:rPr>
          <w:rFonts w:ascii="Arial" w:hAnsi="Arial" w:cs="Arial"/>
        </w:rPr>
      </w:pPr>
      <w:r w:rsidRPr="002F257C">
        <w:rPr>
          <w:rFonts w:ascii="Arial" w:hAnsi="Arial" w:cs="Arial"/>
        </w:rPr>
        <w:t>5. Declaration</w:t>
      </w:r>
    </w:p>
    <w:p w14:paraId="5E3CE528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</w:rPr>
        <w:t>I hereby declare that the information provided in this application is true, complete, and accurate to the best of my knowledge. I understand that any false or misleading information may result in the rejection of this application or the withdrawal of any sponsorship funding granted.</w:t>
      </w:r>
    </w:p>
    <w:p w14:paraId="61300A1E" w14:textId="77777777" w:rsidR="00096E2A" w:rsidRPr="002F257C" w:rsidRDefault="00AC2962">
      <w:pPr>
        <w:rPr>
          <w:rFonts w:ascii="Arial" w:hAnsi="Arial" w:cs="Arial"/>
        </w:rPr>
      </w:pPr>
      <w:r w:rsidRPr="002F257C">
        <w:rPr>
          <w:rFonts w:ascii="Arial" w:hAnsi="Arial" w:cs="Arial"/>
        </w:rPr>
        <w:t>I agree to provide any additional documentation or clarification if required and to use the sponsorship funds solely for the purposes outlined in this application. I also agree to comply with any reporting or accountability requirements set by the Sponsor.</w:t>
      </w:r>
    </w:p>
    <w:p w14:paraId="0B0111E5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Signature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11B7C47D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182E5F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6F470304" w14:textId="77777777" w:rsidR="00096E2A" w:rsidRPr="002F257C" w:rsidRDefault="00AC2962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Name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7AE20480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4BA412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1254B6DC" w14:textId="77777777" w:rsidR="00096E2A" w:rsidRPr="002F257C" w:rsidRDefault="00AC2962">
      <w:pPr>
        <w:spacing w:after="40"/>
        <w:rPr>
          <w:rFonts w:ascii="Arial" w:hAnsi="Arial" w:cs="Arial"/>
        </w:rPr>
      </w:pPr>
      <w:proofErr w:type="spellStart"/>
      <w:r w:rsidRPr="002F257C">
        <w:rPr>
          <w:rFonts w:ascii="Arial" w:hAnsi="Arial" w:cs="Arial"/>
          <w:b/>
        </w:rPr>
        <w:t>Organisation</w:t>
      </w:r>
      <w:proofErr w:type="spellEnd"/>
      <w:r w:rsidRPr="002F257C">
        <w:rPr>
          <w:rFonts w:ascii="Arial" w:hAnsi="Arial" w:cs="Arial"/>
          <w:b/>
        </w:rPr>
        <w:t xml:space="preserve"> —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7D6BA367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F7D9CE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6E0002C7" w14:textId="68AD9310" w:rsidR="00096E2A" w:rsidRPr="002F257C" w:rsidRDefault="00AC2962" w:rsidP="002F257C">
      <w:pPr>
        <w:spacing w:after="40"/>
        <w:rPr>
          <w:rFonts w:ascii="Arial" w:hAnsi="Arial" w:cs="Arial"/>
        </w:rPr>
      </w:pPr>
      <w:r w:rsidRPr="002F257C">
        <w:rPr>
          <w:rFonts w:ascii="Arial" w:hAnsi="Arial" w:cs="Arial"/>
          <w:b/>
        </w:rPr>
        <w:t>Date — required</w:t>
      </w:r>
      <w:r w:rsidR="002F257C">
        <w:rPr>
          <w:rFonts w:ascii="Arial" w:hAnsi="Arial" w:cs="Arial"/>
        </w:rPr>
        <w:tab/>
      </w:r>
      <w:r w:rsidRPr="002F257C">
        <w:rPr>
          <w:rFonts w:ascii="Arial" w:hAnsi="Arial" w:cs="Arial"/>
          <w:i/>
        </w:rPr>
        <w:t>Please use day/month/year format.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8"/>
      </w:tblGrid>
      <w:tr w:rsidR="00096E2A" w:rsidRPr="002F257C" w14:paraId="3266F51C" w14:textId="77777777">
        <w:trPr>
          <w:trHeight w:val="461"/>
        </w:trPr>
        <w:tc>
          <w:tcPr>
            <w:tcW w:w="102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778CF3" w14:textId="77777777" w:rsidR="00096E2A" w:rsidRPr="002F257C" w:rsidRDefault="00096E2A">
            <w:pPr>
              <w:rPr>
                <w:rFonts w:ascii="Arial" w:hAnsi="Arial" w:cs="Arial"/>
              </w:rPr>
            </w:pPr>
          </w:p>
        </w:tc>
      </w:tr>
    </w:tbl>
    <w:p w14:paraId="32D5FACE" w14:textId="77777777" w:rsidR="00096E2A" w:rsidRPr="002F257C" w:rsidRDefault="00096E2A">
      <w:pPr>
        <w:spacing w:after="0"/>
        <w:rPr>
          <w:rFonts w:ascii="Arial" w:hAnsi="Arial" w:cs="Arial"/>
        </w:rPr>
      </w:pPr>
    </w:p>
    <w:sectPr w:rsidR="00096E2A" w:rsidRPr="002F257C" w:rsidSect="00034616">
      <w:headerReference w:type="default" r:id="rId11"/>
      <w:footerReference w:type="default" r:id="rId12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6C1C" w14:textId="77777777" w:rsidR="00151C5E" w:rsidRDefault="00151C5E">
      <w:pPr>
        <w:spacing w:after="0" w:line="240" w:lineRule="auto"/>
      </w:pPr>
      <w:r>
        <w:separator/>
      </w:r>
    </w:p>
  </w:endnote>
  <w:endnote w:type="continuationSeparator" w:id="0">
    <w:p w14:paraId="2125B647" w14:textId="77777777" w:rsidR="00151C5E" w:rsidRDefault="0015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46D8" w14:textId="77777777" w:rsidR="00096E2A" w:rsidRDefault="00AC2962">
    <w:pPr>
      <w:pStyle w:val="Footer"/>
      <w:jc w:val="center"/>
    </w:pPr>
    <w:r>
      <w:rPr>
        <w:i/>
        <w:sz w:val="18"/>
      </w:rPr>
      <w:t>Sponsorship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AB6C2" w14:textId="77777777" w:rsidR="00151C5E" w:rsidRDefault="00151C5E">
      <w:pPr>
        <w:spacing w:after="0" w:line="240" w:lineRule="auto"/>
      </w:pPr>
      <w:r>
        <w:separator/>
      </w:r>
    </w:p>
  </w:footnote>
  <w:footnote w:type="continuationSeparator" w:id="0">
    <w:p w14:paraId="7B1736D2" w14:textId="77777777" w:rsidR="00151C5E" w:rsidRDefault="00151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308E" w14:textId="2A83FC61" w:rsidR="00BB4E70" w:rsidRDefault="00BB4E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75DAD9" wp14:editId="0D50B514">
          <wp:simplePos x="0" y="0"/>
          <wp:positionH relativeFrom="column">
            <wp:posOffset>4204970</wp:posOffset>
          </wp:positionH>
          <wp:positionV relativeFrom="paragraph">
            <wp:posOffset>-285115</wp:posOffset>
          </wp:positionV>
          <wp:extent cx="2388870" cy="409594"/>
          <wp:effectExtent l="0" t="0" r="0" b="9525"/>
          <wp:wrapNone/>
          <wp:docPr id="196708529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08529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8870" cy="409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6688776">
    <w:abstractNumId w:val="8"/>
  </w:num>
  <w:num w:numId="2" w16cid:durableId="272326171">
    <w:abstractNumId w:val="6"/>
  </w:num>
  <w:num w:numId="3" w16cid:durableId="1114592003">
    <w:abstractNumId w:val="5"/>
  </w:num>
  <w:num w:numId="4" w16cid:durableId="1000236056">
    <w:abstractNumId w:val="4"/>
  </w:num>
  <w:num w:numId="5" w16cid:durableId="1324627547">
    <w:abstractNumId w:val="7"/>
  </w:num>
  <w:num w:numId="6" w16cid:durableId="518394767">
    <w:abstractNumId w:val="3"/>
  </w:num>
  <w:num w:numId="7" w16cid:durableId="1237982287">
    <w:abstractNumId w:val="2"/>
  </w:num>
  <w:num w:numId="8" w16cid:durableId="303896826">
    <w:abstractNumId w:val="1"/>
  </w:num>
  <w:num w:numId="9" w16cid:durableId="163475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E2A"/>
    <w:rsid w:val="0013544A"/>
    <w:rsid w:val="0015074B"/>
    <w:rsid w:val="00151C5E"/>
    <w:rsid w:val="0029639D"/>
    <w:rsid w:val="002B2794"/>
    <w:rsid w:val="002F257C"/>
    <w:rsid w:val="00326F90"/>
    <w:rsid w:val="00471D99"/>
    <w:rsid w:val="004C419D"/>
    <w:rsid w:val="006D4DBC"/>
    <w:rsid w:val="007D4A3A"/>
    <w:rsid w:val="00A877B9"/>
    <w:rsid w:val="00AA1D8D"/>
    <w:rsid w:val="00AC2962"/>
    <w:rsid w:val="00B47730"/>
    <w:rsid w:val="00BB4E70"/>
    <w:rsid w:val="00CB0664"/>
    <w:rsid w:val="00D0410C"/>
    <w:rsid w:val="00DC03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A6937E"/>
  <w14:defaultImageDpi w14:val="300"/>
  <w15:docId w15:val="{87A50659-5EA8-41F1-A51B-0414A337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4D98C74F1B654D47A42F54B4EF95BFFC" ma:contentTypeVersion="253" ma:contentTypeDescription="" ma:contentTypeScope="" ma:versionID="e9413882c058fcc4b72eb2d8cf843fab">
  <xsd:schema xmlns:xsd="http://www.w3.org/2001/XMLSchema" xmlns:xs="http://www.w3.org/2001/XMLSchema" xmlns:p="http://schemas.microsoft.com/office/2006/metadata/properties" xmlns:ns2="fcd62b39-28f9-490a-9fe4-34285d2a2594" targetNamespace="http://schemas.microsoft.com/office/2006/metadata/properties" ma:root="true" ma:fieldsID="36c6262f289635fb069eadbcb87180b9" ns2:_="">
    <xsd:import namespace="fcd62b39-28f9-490a-9fe4-34285d2a259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62b39-28f9-490a-9fe4-34285d2a259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fc76fba4-5417-4465-9a75-c48eaa4d5a00}" ma:internalName="TaxCatchAll" ma:showField="CatchAllData" ma:web="fcd62b39-28f9-490a-9fe4-34285d2a2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c76fba4-5417-4465-9a75-c48eaa4d5a00}" ma:internalName="TaxCatchAllLabel" ma:readOnly="true" ma:showField="CatchAllDataLabel" ma:web="fcd62b39-28f9-490a-9fe4-34285d2a2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55|f94fb0fb-301e-45aa-81d2-c441c956f30f" ma:fieldId="{11f8bb48-43d6-459a-8b80-9123185593c7}" ma:sspId="f2970656-14da-44a7-bf1a-2b1eb7a31fa1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f2970656-14da-44a7-bf1a-2b1eb7a31fa1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f2970656-14da-44a7-bf1a-2b1eb7a31fa1" ma:termSetId="ee212c80-dd89-4c0e-9280-454b4966c9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0db6e6fe-7da6-4395-ba22-207b2a29f028" ma:fieldId="{6bbd3faf-a5ab-4e5e-b8a6-a5e099cef439}" ma:sspId="f2970656-14da-44a7-bf1a-2b1eb7a31fa1" ma:termSetId="9d236be9-847d-436d-be84-30193fff6b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f2970656-14da-44a7-bf1a-2b1eb7a31fa1" ma:termSetId="ee212c80-dd89-4c0e-9280-454b4966c9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 Structural and North South</TermName>
          <TermId xmlns="http://schemas.microsoft.com/office/infopath/2007/PartnerControls">ad461a37-4512-4e5b-bcac-d5f02fe6295a</TermId>
        </TermInfo>
      </Terms>
    </m02c691f3efa402dab5cbaa8c240a9e7>
    <fbaa881fc4ae443f9fdafbdd527793df xmlns="fcd62b39-28f9-490a-9fe4-34285d2a2594">
      <Terms xmlns="http://schemas.microsoft.com/office/infopath/2007/PartnerControls"/>
    </fbaa881fc4ae443f9fdafbdd527793df>
    <_vti_ItemDeclaredRecord xmlns="fcd62b39-28f9-490a-9fe4-34285d2a2594" xsi:nil="true"/>
    <h1f8bb4843d6459a8b809123185593c7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055</TermName>
          <TermId xmlns="http://schemas.microsoft.com/office/infopath/2007/PartnerControls">f94fb0fb-301e-45aa-81d2-c441c956f30f</TermId>
        </TermInfo>
      </Terms>
    </h1f8bb4843d6459a8b809123185593c7>
    <eDocs_FileStatus xmlns="fcd62b39-28f9-490a-9fe4-34285d2a2594">Live</eDocs_FileStatus>
    <mbbd3fafa5ab4e5eb8a6a5e099cef439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0db6e6fe-7da6-4395-ba22-207b2a29f028</TermId>
        </TermInfo>
      </Terms>
    </mbbd3fafa5ab4e5eb8a6a5e099cef439>
    <TaxCatchAll xmlns="fcd62b39-28f9-490a-9fe4-34285d2a2594">
      <Value>13</Value>
      <Value>4</Value>
      <Value>1</Value>
      <Value>14</Value>
    </TaxCatchAll>
    <nb1b8a72855341e18dd75ce464e281f2 xmlns="fcd62b39-28f9-490a-9fe4-34285d2a25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6e971baa-7691-4dfb-b2e2-ad97d94c3b44</TermId>
        </TermInfo>
      </Terms>
    </nb1b8a72855341e18dd75ce464e281f2>
    <eDocs_eFileName xmlns="fcd62b39-28f9-490a-9fe4-34285d2a2594">DPE055-003-2018</eDocs_eFileName>
  </documentManagement>
</p:properties>
</file>

<file path=customXml/itemProps1.xml><?xml version="1.0" encoding="utf-8"?>
<ds:datastoreItem xmlns:ds="http://schemas.openxmlformats.org/officeDocument/2006/customXml" ds:itemID="{56C0B533-DE56-4EE6-A086-36D0B9258B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10152F-4D26-4219-A1A4-4576D2693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62b39-28f9-490a-9fe4-34285d2a2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7F5E11-1D35-440B-AC39-9FBF6221DF5E}">
  <ds:schemaRefs>
    <ds:schemaRef ds:uri="http://schemas.microsoft.com/office/2006/metadata/properties"/>
    <ds:schemaRef ds:uri="http://schemas.microsoft.com/office/infopath/2007/PartnerControls"/>
    <ds:schemaRef ds:uri="fcd62b39-28f9-490a-9fe4-34285d2a25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McGrath (PER)</cp:lastModifiedBy>
  <cp:revision>2</cp:revision>
  <dcterms:created xsi:type="dcterms:W3CDTF">2026-08-26T15:56:00Z</dcterms:created>
  <dcterms:modified xsi:type="dcterms:W3CDTF">2026-08-26T15:56:00Z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0x0101000BC94875665D404BB1351B53C41FD2C0004D98C74F1B654D47A42F54B4EF95BFFC</vt:lpwstr>
  </property>
  <property fmtid="{D5CDD505-2E9C-101B-9397-08002B2CF9AE}" pid="3" name="eDocs_FileTopics">
    <vt:lpwstr>13;#EU Structural and North South|ad461a37-4512-4e5b-bcac-d5f02fe6295a</vt:lpwstr>
  </property>
  <property fmtid="{D5CDD505-2E9C-101B-9397-08002B2CF9AE}" pid="4" name="eDocs_SecurityClassification">
    <vt:lpwstr>4;#Unclassified|0db6e6fe-7da6-4395-ba22-207b2a29f028</vt:lpwstr>
  </property>
  <property fmtid="{D5CDD505-2E9C-101B-9397-08002B2CF9AE}" pid="5" name="eDocs_Series">
    <vt:lpwstr>1;#055|f94fb0fb-301e-45aa-81d2-c441c956f30f</vt:lpwstr>
  </property>
  <property fmtid="{D5CDD505-2E9C-101B-9397-08002B2CF9AE}" pid="6" name="eDocs_DocumentTopics">
    <vt:lpwstr/>
  </property>
  <property fmtid="{D5CDD505-2E9C-101B-9397-08002B2CF9AE}" pid="7" name="eDocs_Year">
    <vt:lpwstr>14;#2018|6e971baa-7691-4dfb-b2e2-ad97d94c3b44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